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000000" w:themeColor="text1"/>
  <w:body>
    <w:sdt>
      <w:sdtPr>
        <w:rPr>
          <w:color w:val="FFFFFF" w:themeColor="background1"/>
          <w:sz w:val="96"/>
          <w:szCs w:val="96"/>
        </w:rPr>
        <w:id w:val="-707947228"/>
        <w:docPartObj>
          <w:docPartGallery w:val="Cover Pages"/>
          <w:docPartUnique/>
        </w:docPartObj>
      </w:sdtPr>
      <w:sdtContent>
        <w:p w14:paraId="59FA8188" w14:textId="0ABF608B" w:rsidR="00C101F3" w:rsidRDefault="00C101F3">
          <w:pPr>
            <w:rPr>
              <w:color w:val="FFFFFF" w:themeColor="background1"/>
              <w:sz w:val="96"/>
              <w:szCs w:val="96"/>
            </w:rPr>
          </w:pPr>
          <w:r w:rsidRPr="00C101F3">
            <w:rPr>
              <w:noProof/>
              <w:color w:val="FFFFFF" w:themeColor="background1"/>
              <w:sz w:val="96"/>
              <w:szCs w:val="96"/>
            </w:rPr>
            <mc:AlternateContent>
              <mc:Choice Requires="wps">
                <w:drawing>
                  <wp:anchor distT="0" distB="0" distL="114300" distR="114300" simplePos="0" relativeHeight="251660288" behindDoc="0" locked="0" layoutInCell="1" allowOverlap="1" wp14:anchorId="6FE6E7BD" wp14:editId="531D904D">
                    <wp:simplePos x="0" y="0"/>
                    <wp:positionH relativeFrom="page">
                      <wp:align>right</wp:align>
                    </wp:positionH>
                    <wp:positionV relativeFrom="page">
                      <wp:align>top</wp:align>
                    </wp:positionV>
                    <wp:extent cx="7759700" cy="10052050"/>
                    <wp:effectExtent l="0" t="0" r="0" b="6350"/>
                    <wp:wrapNone/>
                    <wp:docPr id="138" name="Text Box 40"/>
                    <wp:cNvGraphicFramePr/>
                    <a:graphic xmlns:a="http://schemas.openxmlformats.org/drawingml/2006/main">
                      <a:graphicData uri="http://schemas.microsoft.com/office/word/2010/wordprocessingShape">
                        <wps:wsp>
                          <wps:cNvSpPr txBox="1"/>
                          <wps:spPr>
                            <a:xfrm>
                              <a:off x="0" y="0"/>
                              <a:ext cx="7759700" cy="10052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6279"/>
                                  <w:gridCol w:w="5946"/>
                                </w:tblGrid>
                                <w:tr w:rsidR="00C101F3" w:rsidRPr="000440A4" w14:paraId="2F009AC0" w14:textId="77777777">
                                  <w:trPr>
                                    <w:jc w:val="center"/>
                                  </w:trPr>
                                  <w:tc>
                                    <w:tcPr>
                                      <w:tcW w:w="2568" w:type="pct"/>
                                      <w:vAlign w:val="center"/>
                                    </w:tcPr>
                                    <w:p w14:paraId="7A481B64" w14:textId="3E907957" w:rsidR="00C101F3" w:rsidRDefault="00C101F3">
                                      <w:pPr>
                                        <w:jc w:val="right"/>
                                      </w:pPr>
                                      <w:r>
                                        <w:rPr>
                                          <w:noProof/>
                                        </w:rPr>
                                        <w:drawing>
                                          <wp:inline distT="0" distB="0" distL="0" distR="0" wp14:anchorId="2D36735E" wp14:editId="585CA750">
                                            <wp:extent cx="3111500" cy="3111500"/>
                                            <wp:effectExtent l="0" t="0" r="0" b="0"/>
                                            <wp:docPr id="6474964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0" cy="3111500"/>
                                                    </a:xfrm>
                                                    <a:prstGeom prst="rect">
                                                      <a:avLst/>
                                                    </a:prstGeom>
                                                    <a:noFill/>
                                                    <a:ln>
                                                      <a:noFill/>
                                                    </a:ln>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3B4FB521" w14:textId="1AC06BDF" w:rsidR="00C101F3" w:rsidRDefault="00C101F3">
                                          <w:pPr>
                                            <w:pStyle w:val="NoSpacing"/>
                                            <w:spacing w:line="312" w:lineRule="auto"/>
                                            <w:jc w:val="right"/>
                                            <w:rPr>
                                              <w:caps/>
                                              <w:color w:val="191919" w:themeColor="text1" w:themeTint="E6"/>
                                              <w:sz w:val="72"/>
                                              <w:szCs w:val="72"/>
                                            </w:rPr>
                                          </w:pPr>
                                          <w:r>
                                            <w:rPr>
                                              <w:caps/>
                                              <w:color w:val="191919" w:themeColor="text1" w:themeTint="E6"/>
                                              <w:sz w:val="72"/>
                                              <w:szCs w:val="72"/>
                                            </w:rPr>
                                            <w:t>Asha White Paper</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7BE478BE" w14:textId="3B796DBE" w:rsidR="00C101F3" w:rsidRDefault="00C101F3">
                                          <w:pPr>
                                            <w:jc w:val="right"/>
                                            <w:rPr>
                                              <w:sz w:val="24"/>
                                              <w:szCs w:val="24"/>
                                            </w:rPr>
                                          </w:pPr>
                                          <w:r>
                                            <w:rPr>
                                              <w:color w:val="000000" w:themeColor="text1"/>
                                              <w:sz w:val="24"/>
                                              <w:szCs w:val="24"/>
                                            </w:rPr>
                                            <w:t>V1.0</w:t>
                                          </w:r>
                                        </w:p>
                                      </w:sdtContent>
                                    </w:sdt>
                                  </w:tc>
                                  <w:tc>
                                    <w:tcPr>
                                      <w:tcW w:w="2432" w:type="pct"/>
                                      <w:vAlign w:val="center"/>
                                    </w:tcPr>
                                    <w:sdt>
                                      <w:sdtPr>
                                        <w:rPr>
                                          <w:color w:val="000000" w:themeColor="text1"/>
                                          <w:highlight w:val="black"/>
                                        </w:rPr>
                                        <w:alias w:val="Abstract"/>
                                        <w:tag w:val=""/>
                                        <w:id w:val="-2036181933"/>
                                        <w:dataBinding w:prefixMappings="xmlns:ns0='http://schemas.microsoft.com/office/2006/coverPageProps' " w:xpath="/ns0:CoverPageProperties[1]/ns0:Abstract[1]" w:storeItemID="{55AF091B-3C7A-41E3-B477-F2FDAA23CFDA}"/>
                                        <w:text/>
                                      </w:sdtPr>
                                      <w:sdtContent>
                                        <w:p w14:paraId="1CB4C8C8" w14:textId="3032E90A" w:rsidR="00C101F3" w:rsidRPr="000440A4" w:rsidRDefault="00C101F3">
                                          <w:pPr>
                                            <w:rPr>
                                              <w:color w:val="000000" w:themeColor="text1"/>
                                              <w:highlight w:val="black"/>
                                            </w:rPr>
                                          </w:pPr>
                                          <w:r w:rsidRPr="000440A4">
                                            <w:rPr>
                                              <w:color w:val="000000" w:themeColor="text1"/>
                                              <w:highlight w:val="black"/>
                                            </w:rPr>
                                            <w:t>AI First - Community Driven, Meme Token about Asha the Elephant set on taking our place as Queen of the Solana Jungle.</w:t>
                                          </w:r>
                                        </w:p>
                                      </w:sdtContent>
                                    </w:sdt>
                                    <w:sdt>
                                      <w:sdtPr>
                                        <w:rPr>
                                          <w:color w:val="C0504D" w:themeColor="accent2"/>
                                          <w:sz w:val="26"/>
                                          <w:szCs w:val="26"/>
                                          <w:highlight w:val="black"/>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5E876524" w14:textId="1B90729E" w:rsidR="00C101F3" w:rsidRPr="000440A4" w:rsidRDefault="00F127ED">
                                          <w:pPr>
                                            <w:pStyle w:val="NoSpacing"/>
                                            <w:rPr>
                                              <w:color w:val="C0504D" w:themeColor="accent2"/>
                                              <w:sz w:val="26"/>
                                              <w:szCs w:val="26"/>
                                              <w:highlight w:val="black"/>
                                            </w:rPr>
                                          </w:pPr>
                                          <w:r>
                                            <w:rPr>
                                              <w:color w:val="C0504D" w:themeColor="accent2"/>
                                              <w:sz w:val="26"/>
                                              <w:szCs w:val="26"/>
                                              <w:highlight w:val="black"/>
                                            </w:rPr>
                                            <w:t>Links</w:t>
                                          </w:r>
                                        </w:p>
                                      </w:sdtContent>
                                    </w:sdt>
                                    <w:p w14:paraId="741769EE" w14:textId="77777777" w:rsidR="00C101F3" w:rsidRPr="000440A4" w:rsidRDefault="00C101F3">
                                      <w:pPr>
                                        <w:pStyle w:val="NoSpacing"/>
                                        <w:rPr>
                                          <w:highlight w:val="black"/>
                                        </w:rPr>
                                      </w:pPr>
                                    </w:p>
                                    <w:p w14:paraId="60038BC7" w14:textId="0BFB92C3" w:rsidR="00C101F3" w:rsidRPr="000440A4" w:rsidRDefault="00C101F3">
                                      <w:pPr>
                                        <w:pStyle w:val="NoSpacing"/>
                                        <w:rPr>
                                          <w:highlight w:val="black"/>
                                          <w:lang w:val="en-GB"/>
                                        </w:rPr>
                                      </w:pPr>
                                      <w:r w:rsidRPr="000440A4">
                                        <w:rPr>
                                          <w:highlight w:val="black"/>
                                          <w:lang w:val="en-GB"/>
                                        </w:rPr>
                                        <w:t>Website –  https://www.ashacoin.com/</w:t>
                                      </w:r>
                                    </w:p>
                                    <w:p w14:paraId="6D85F89D" w14:textId="40F94B5E" w:rsidR="00C101F3" w:rsidRPr="000440A4" w:rsidRDefault="00C101F3">
                                      <w:pPr>
                                        <w:pStyle w:val="NoSpacing"/>
                                        <w:rPr>
                                          <w:highlight w:val="black"/>
                                          <w:lang w:val="it-IT"/>
                                        </w:rPr>
                                      </w:pPr>
                                      <w:r w:rsidRPr="000440A4">
                                        <w:rPr>
                                          <w:highlight w:val="black"/>
                                          <w:lang w:val="it-IT"/>
                                        </w:rPr>
                                        <w:t>Telegram - https://t.me/ashacoin</w:t>
                                      </w:r>
                                    </w:p>
                                    <w:p w14:paraId="0DCD8704" w14:textId="42968CAD" w:rsidR="00C101F3" w:rsidRPr="000440A4" w:rsidRDefault="00C101F3">
                                      <w:pPr>
                                        <w:pStyle w:val="NoSpacing"/>
                                        <w:rPr>
                                          <w:highlight w:val="black"/>
                                          <w:lang w:val="it-IT"/>
                                        </w:rPr>
                                      </w:pPr>
                                      <w:proofErr w:type="spellStart"/>
                                      <w:r w:rsidRPr="000440A4">
                                        <w:rPr>
                                          <w:highlight w:val="black"/>
                                          <w:lang w:val="it-IT"/>
                                        </w:rPr>
                                        <w:t>Discord</w:t>
                                      </w:r>
                                      <w:proofErr w:type="spellEnd"/>
                                      <w:r w:rsidRPr="000440A4">
                                        <w:rPr>
                                          <w:highlight w:val="black"/>
                                          <w:lang w:val="it-IT"/>
                                        </w:rPr>
                                        <w:t xml:space="preserve"> - </w:t>
                                      </w:r>
                                      <w:hyperlink r:id="rId8" w:history="1">
                                        <w:r w:rsidRPr="000440A4">
                                          <w:rPr>
                                            <w:rStyle w:val="Hyperlink"/>
                                            <w:highlight w:val="black"/>
                                            <w:lang w:val="it-IT"/>
                                          </w:rPr>
                                          <w:t>https://www.ashacoin.com</w:t>
                                        </w:r>
                                      </w:hyperlink>
                                    </w:p>
                                    <w:p w14:paraId="1C985B72" w14:textId="77777777" w:rsidR="00C101F3" w:rsidRPr="000440A4" w:rsidRDefault="00C101F3">
                                      <w:pPr>
                                        <w:pStyle w:val="NoSpacing"/>
                                        <w:rPr>
                                          <w:highlight w:val="black"/>
                                          <w:lang w:val="it-IT"/>
                                        </w:rPr>
                                      </w:pPr>
                                    </w:p>
                                    <w:p w14:paraId="522ABEBD" w14:textId="0166F614" w:rsidR="00C101F3" w:rsidRPr="000440A4" w:rsidRDefault="000440A4" w:rsidP="00C101F3">
                                      <w:pPr>
                                        <w:pStyle w:val="NoSpacing"/>
                                        <w:rPr>
                                          <w:color w:val="C0504D" w:themeColor="accent2"/>
                                          <w:sz w:val="26"/>
                                          <w:szCs w:val="26"/>
                                          <w:highlight w:val="black"/>
                                        </w:rPr>
                                      </w:pPr>
                                      <w:r w:rsidRPr="000440A4">
                                        <w:rPr>
                                          <w:color w:val="C0504D" w:themeColor="accent2"/>
                                          <w:sz w:val="26"/>
                                          <w:szCs w:val="26"/>
                                          <w:highlight w:val="black"/>
                                        </w:rPr>
                                        <w:t>Contract Add</w:t>
                                      </w:r>
                                      <w:r w:rsidR="00F127ED">
                                        <w:rPr>
                                          <w:color w:val="C0504D" w:themeColor="accent2"/>
                                          <w:sz w:val="26"/>
                                          <w:szCs w:val="26"/>
                                          <w:highlight w:val="black"/>
                                        </w:rPr>
                                        <w:t>ress (Solana)</w:t>
                                      </w:r>
                                    </w:p>
                                    <w:p w14:paraId="3FD5E8E0" w14:textId="2977BA10" w:rsidR="00C101F3" w:rsidRPr="000440A4" w:rsidRDefault="000440A4" w:rsidP="00C101F3">
                                      <w:pPr>
                                        <w:pStyle w:val="NoSpacing"/>
                                        <w:rPr>
                                          <w:sz w:val="18"/>
                                          <w:szCs w:val="18"/>
                                          <w:highlight w:val="black"/>
                                        </w:rPr>
                                      </w:pPr>
                                      <w:r w:rsidRPr="000440A4">
                                        <w:rPr>
                                          <w:sz w:val="18"/>
                                          <w:szCs w:val="18"/>
                                          <w:highlight w:val="black"/>
                                        </w:rPr>
                                        <w:t>8GLJPLJ8L5v3d7Umt8HfTdhfkJuMm68U5t2sQHVkZEQo</w:t>
                                      </w:r>
                                    </w:p>
                                    <w:p w14:paraId="0B3FF0AC" w14:textId="233AEE77" w:rsidR="00C101F3" w:rsidRPr="000440A4" w:rsidRDefault="00C101F3">
                                      <w:pPr>
                                        <w:pStyle w:val="NoSpacing"/>
                                        <w:rPr>
                                          <w:highlight w:val="black"/>
                                        </w:rPr>
                                      </w:pPr>
                                    </w:p>
                                  </w:tc>
                                </w:tr>
                              </w:tbl>
                              <w:p w14:paraId="453D8E4B" w14:textId="77777777" w:rsidR="00C101F3" w:rsidRPr="000440A4" w:rsidRDefault="00C101F3"/>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FE6E7BD" id="_x0000_t202" coordsize="21600,21600" o:spt="202" path="m,l,21600r21600,l21600,xe">
                    <v:stroke joinstyle="miter"/>
                    <v:path gradientshapeok="t" o:connecttype="rect"/>
                  </v:shapetype>
                  <v:shape id="Text Box 40" o:spid="_x0000_s1026" type="#_x0000_t202" style="position:absolute;margin-left:559.8pt;margin-top:0;width:611pt;height:791.5pt;z-index:25166028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" fillcolor="white [3201]" stroked="f" strokeweight=".5pt">
                    <v:textbox inset="0,0,0,0">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6279"/>
                            <w:gridCol w:w="5946"/>
                          </w:tblGrid>
                          <w:tr w:rsidR="00C101F3" w:rsidRPr="000440A4" w14:paraId="2F009AC0" w14:textId="77777777">
                            <w:trPr>
                              <w:jc w:val="center"/>
                            </w:trPr>
                            <w:tc>
                              <w:tcPr>
                                <w:tcW w:w="2568" w:type="pct"/>
                                <w:vAlign w:val="center"/>
                              </w:tcPr>
                              <w:p w14:paraId="7A481B64" w14:textId="3E907957" w:rsidR="00C101F3" w:rsidRDefault="00C101F3">
                                <w:pPr>
                                  <w:jc w:val="right"/>
                                </w:pPr>
                                <w:r>
                                  <w:rPr>
                                    <w:noProof/>
                                  </w:rPr>
                                  <w:drawing>
                                    <wp:inline distT="0" distB="0" distL="0" distR="0" wp14:anchorId="2D36735E" wp14:editId="585CA750">
                                      <wp:extent cx="3111500" cy="3111500"/>
                                      <wp:effectExtent l="0" t="0" r="0" b="0"/>
                                      <wp:docPr id="6474964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1500" cy="3111500"/>
                                              </a:xfrm>
                                              <a:prstGeom prst="rect">
                                                <a:avLst/>
                                              </a:prstGeom>
                                              <a:noFill/>
                                              <a:ln>
                                                <a:noFill/>
                                              </a:ln>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3B4FB521" w14:textId="1AC06BDF" w:rsidR="00C101F3" w:rsidRDefault="00C101F3">
                                    <w:pPr>
                                      <w:pStyle w:val="NoSpacing"/>
                                      <w:spacing w:line="312" w:lineRule="auto"/>
                                      <w:jc w:val="right"/>
                                      <w:rPr>
                                        <w:caps/>
                                        <w:color w:val="191919" w:themeColor="text1" w:themeTint="E6"/>
                                        <w:sz w:val="72"/>
                                        <w:szCs w:val="72"/>
                                      </w:rPr>
                                    </w:pPr>
                                    <w:r>
                                      <w:rPr>
                                        <w:caps/>
                                        <w:color w:val="191919" w:themeColor="text1" w:themeTint="E6"/>
                                        <w:sz w:val="72"/>
                                        <w:szCs w:val="72"/>
                                      </w:rPr>
                                      <w:t>Asha White Paper</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Content>
                                  <w:p w14:paraId="7BE478BE" w14:textId="3B796DBE" w:rsidR="00C101F3" w:rsidRDefault="00C101F3">
                                    <w:pPr>
                                      <w:jc w:val="right"/>
                                      <w:rPr>
                                        <w:sz w:val="24"/>
                                        <w:szCs w:val="24"/>
                                      </w:rPr>
                                    </w:pPr>
                                    <w:r>
                                      <w:rPr>
                                        <w:color w:val="000000" w:themeColor="text1"/>
                                        <w:sz w:val="24"/>
                                        <w:szCs w:val="24"/>
                                      </w:rPr>
                                      <w:t>V1.0</w:t>
                                    </w:r>
                                  </w:p>
                                </w:sdtContent>
                              </w:sdt>
                            </w:tc>
                            <w:tc>
                              <w:tcPr>
                                <w:tcW w:w="2432" w:type="pct"/>
                                <w:vAlign w:val="center"/>
                              </w:tcPr>
                              <w:sdt>
                                <w:sdtPr>
                                  <w:rPr>
                                    <w:color w:val="000000" w:themeColor="text1"/>
                                    <w:highlight w:val="black"/>
                                  </w:rPr>
                                  <w:alias w:val="Abstract"/>
                                  <w:tag w:val=""/>
                                  <w:id w:val="-2036181933"/>
                                  <w:dataBinding w:prefixMappings="xmlns:ns0='http://schemas.microsoft.com/office/2006/coverPageProps' " w:xpath="/ns0:CoverPageProperties[1]/ns0:Abstract[1]" w:storeItemID="{55AF091B-3C7A-41E3-B477-F2FDAA23CFDA}"/>
                                  <w:text/>
                                </w:sdtPr>
                                <w:sdtContent>
                                  <w:p w14:paraId="1CB4C8C8" w14:textId="3032E90A" w:rsidR="00C101F3" w:rsidRPr="000440A4" w:rsidRDefault="00C101F3">
                                    <w:pPr>
                                      <w:rPr>
                                        <w:color w:val="000000" w:themeColor="text1"/>
                                        <w:highlight w:val="black"/>
                                      </w:rPr>
                                    </w:pPr>
                                    <w:r w:rsidRPr="000440A4">
                                      <w:rPr>
                                        <w:color w:val="000000" w:themeColor="text1"/>
                                        <w:highlight w:val="black"/>
                                      </w:rPr>
                                      <w:t>AI First - Community Driven, Meme Token about Asha the Elephant set on taking our place as Queen of the Solana Jungle.</w:t>
                                    </w:r>
                                  </w:p>
                                </w:sdtContent>
                              </w:sdt>
                              <w:sdt>
                                <w:sdtPr>
                                  <w:rPr>
                                    <w:color w:val="C0504D" w:themeColor="accent2"/>
                                    <w:sz w:val="26"/>
                                    <w:szCs w:val="26"/>
                                    <w:highlight w:val="black"/>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5E876524" w14:textId="1B90729E" w:rsidR="00C101F3" w:rsidRPr="000440A4" w:rsidRDefault="00F127ED">
                                    <w:pPr>
                                      <w:pStyle w:val="NoSpacing"/>
                                      <w:rPr>
                                        <w:color w:val="C0504D" w:themeColor="accent2"/>
                                        <w:sz w:val="26"/>
                                        <w:szCs w:val="26"/>
                                        <w:highlight w:val="black"/>
                                      </w:rPr>
                                    </w:pPr>
                                    <w:r>
                                      <w:rPr>
                                        <w:color w:val="C0504D" w:themeColor="accent2"/>
                                        <w:sz w:val="26"/>
                                        <w:szCs w:val="26"/>
                                        <w:highlight w:val="black"/>
                                      </w:rPr>
                                      <w:t>Links</w:t>
                                    </w:r>
                                  </w:p>
                                </w:sdtContent>
                              </w:sdt>
                              <w:p w14:paraId="741769EE" w14:textId="77777777" w:rsidR="00C101F3" w:rsidRPr="000440A4" w:rsidRDefault="00C101F3">
                                <w:pPr>
                                  <w:pStyle w:val="NoSpacing"/>
                                  <w:rPr>
                                    <w:highlight w:val="black"/>
                                  </w:rPr>
                                </w:pPr>
                              </w:p>
                              <w:p w14:paraId="60038BC7" w14:textId="0BFB92C3" w:rsidR="00C101F3" w:rsidRPr="000440A4" w:rsidRDefault="00C101F3">
                                <w:pPr>
                                  <w:pStyle w:val="NoSpacing"/>
                                  <w:rPr>
                                    <w:highlight w:val="black"/>
                                    <w:lang w:val="en-GB"/>
                                  </w:rPr>
                                </w:pPr>
                                <w:r w:rsidRPr="000440A4">
                                  <w:rPr>
                                    <w:highlight w:val="black"/>
                                    <w:lang w:val="en-GB"/>
                                  </w:rPr>
                                  <w:t>Website –  https://www.ashacoin.com/</w:t>
                                </w:r>
                              </w:p>
                              <w:p w14:paraId="6D85F89D" w14:textId="40F94B5E" w:rsidR="00C101F3" w:rsidRPr="000440A4" w:rsidRDefault="00C101F3">
                                <w:pPr>
                                  <w:pStyle w:val="NoSpacing"/>
                                  <w:rPr>
                                    <w:highlight w:val="black"/>
                                    <w:lang w:val="it-IT"/>
                                  </w:rPr>
                                </w:pPr>
                                <w:r w:rsidRPr="000440A4">
                                  <w:rPr>
                                    <w:highlight w:val="black"/>
                                    <w:lang w:val="it-IT"/>
                                  </w:rPr>
                                  <w:t>Telegram - https://t.me/ashacoin</w:t>
                                </w:r>
                              </w:p>
                              <w:p w14:paraId="0DCD8704" w14:textId="42968CAD" w:rsidR="00C101F3" w:rsidRPr="000440A4" w:rsidRDefault="00C101F3">
                                <w:pPr>
                                  <w:pStyle w:val="NoSpacing"/>
                                  <w:rPr>
                                    <w:highlight w:val="black"/>
                                    <w:lang w:val="it-IT"/>
                                  </w:rPr>
                                </w:pPr>
                                <w:proofErr w:type="spellStart"/>
                                <w:r w:rsidRPr="000440A4">
                                  <w:rPr>
                                    <w:highlight w:val="black"/>
                                    <w:lang w:val="it-IT"/>
                                  </w:rPr>
                                  <w:t>Discord</w:t>
                                </w:r>
                                <w:proofErr w:type="spellEnd"/>
                                <w:r w:rsidRPr="000440A4">
                                  <w:rPr>
                                    <w:highlight w:val="black"/>
                                    <w:lang w:val="it-IT"/>
                                  </w:rPr>
                                  <w:t xml:space="preserve"> - </w:t>
                                </w:r>
                                <w:hyperlink r:id="rId9" w:history="1">
                                  <w:r w:rsidRPr="000440A4">
                                    <w:rPr>
                                      <w:rStyle w:val="Hyperlink"/>
                                      <w:highlight w:val="black"/>
                                      <w:lang w:val="it-IT"/>
                                    </w:rPr>
                                    <w:t>https://www.ashacoin.com</w:t>
                                  </w:r>
                                </w:hyperlink>
                              </w:p>
                              <w:p w14:paraId="1C985B72" w14:textId="77777777" w:rsidR="00C101F3" w:rsidRPr="000440A4" w:rsidRDefault="00C101F3">
                                <w:pPr>
                                  <w:pStyle w:val="NoSpacing"/>
                                  <w:rPr>
                                    <w:highlight w:val="black"/>
                                    <w:lang w:val="it-IT"/>
                                  </w:rPr>
                                </w:pPr>
                              </w:p>
                              <w:p w14:paraId="522ABEBD" w14:textId="0166F614" w:rsidR="00C101F3" w:rsidRPr="000440A4" w:rsidRDefault="000440A4" w:rsidP="00C101F3">
                                <w:pPr>
                                  <w:pStyle w:val="NoSpacing"/>
                                  <w:rPr>
                                    <w:color w:val="C0504D" w:themeColor="accent2"/>
                                    <w:sz w:val="26"/>
                                    <w:szCs w:val="26"/>
                                    <w:highlight w:val="black"/>
                                  </w:rPr>
                                </w:pPr>
                                <w:r w:rsidRPr="000440A4">
                                  <w:rPr>
                                    <w:color w:val="C0504D" w:themeColor="accent2"/>
                                    <w:sz w:val="26"/>
                                    <w:szCs w:val="26"/>
                                    <w:highlight w:val="black"/>
                                  </w:rPr>
                                  <w:t>Contract Add</w:t>
                                </w:r>
                                <w:r w:rsidR="00F127ED">
                                  <w:rPr>
                                    <w:color w:val="C0504D" w:themeColor="accent2"/>
                                    <w:sz w:val="26"/>
                                    <w:szCs w:val="26"/>
                                    <w:highlight w:val="black"/>
                                  </w:rPr>
                                  <w:t>ress (Solana)</w:t>
                                </w:r>
                              </w:p>
                              <w:p w14:paraId="3FD5E8E0" w14:textId="2977BA10" w:rsidR="00C101F3" w:rsidRPr="000440A4" w:rsidRDefault="000440A4" w:rsidP="00C101F3">
                                <w:pPr>
                                  <w:pStyle w:val="NoSpacing"/>
                                  <w:rPr>
                                    <w:sz w:val="18"/>
                                    <w:szCs w:val="18"/>
                                    <w:highlight w:val="black"/>
                                  </w:rPr>
                                </w:pPr>
                                <w:r w:rsidRPr="000440A4">
                                  <w:rPr>
                                    <w:sz w:val="18"/>
                                    <w:szCs w:val="18"/>
                                    <w:highlight w:val="black"/>
                                  </w:rPr>
                                  <w:t>8GLJPLJ8L5v3d7Umt8HfTdhfkJuMm68U5t2sQHVkZEQo</w:t>
                                </w:r>
                              </w:p>
                              <w:p w14:paraId="0B3FF0AC" w14:textId="233AEE77" w:rsidR="00C101F3" w:rsidRPr="000440A4" w:rsidRDefault="00C101F3">
                                <w:pPr>
                                  <w:pStyle w:val="NoSpacing"/>
                                  <w:rPr>
                                    <w:highlight w:val="black"/>
                                  </w:rPr>
                                </w:pPr>
                              </w:p>
                            </w:tc>
                          </w:tr>
                        </w:tbl>
                        <w:p w14:paraId="453D8E4B" w14:textId="77777777" w:rsidR="00C101F3" w:rsidRPr="000440A4" w:rsidRDefault="00C101F3"/>
                      </w:txbxContent>
                    </v:textbox>
                    <w10:wrap anchorx="page" anchory="page"/>
                  </v:shape>
                </w:pict>
              </mc:Fallback>
            </mc:AlternateContent>
          </w:r>
          <w:r>
            <w:rPr>
              <w:color w:val="FFFFFF" w:themeColor="background1"/>
              <w:sz w:val="96"/>
              <w:szCs w:val="96"/>
            </w:rPr>
            <w:br w:type="page"/>
          </w:r>
        </w:p>
      </w:sdtContent>
    </w:sdt>
    <w:p w14:paraId="26004100" w14:textId="77777777" w:rsidR="003A45F7" w:rsidRDefault="00000000">
      <w:pPr>
        <w:pStyle w:val="Heading1"/>
      </w:pPr>
      <w:r>
        <w:lastRenderedPageBreak/>
        <w:t>Introduction</w:t>
      </w:r>
    </w:p>
    <w:p w14:paraId="72CA6321" w14:textId="6472B326" w:rsidR="003A45F7" w:rsidRDefault="00000000">
      <w:pPr>
        <w:jc w:val="both"/>
      </w:pPr>
      <w:r>
        <w:t>Asha Coin represents a revolutionary step in leveraging cryptocurrency for social change, drawing inspiration from the poignant story of Asha, an elephant who has lived a life of solitude within the confines of a zoo. This digital token transcends the boundaries of traditional cryptocurrencies by embodying the spirit of resilience, solidarity, and the collective yearning for freedom that Asha represents. It's more than a financial instrument—it's a beacon of hope for captive elephants worldwide and a testament to the power of community-driven change</w:t>
      </w:r>
      <w:r w:rsidR="008B36F3">
        <w:t>.</w:t>
      </w:r>
    </w:p>
    <w:p w14:paraId="76D886F4" w14:textId="77777777" w:rsidR="00F127ED" w:rsidRDefault="00F127ED">
      <w:pPr>
        <w:jc w:val="both"/>
      </w:pPr>
    </w:p>
    <w:p w14:paraId="72ECBAE0" w14:textId="1B8CA39F" w:rsidR="008B36F3" w:rsidRDefault="00F127ED">
      <w:pPr>
        <w:jc w:val="both"/>
      </w:pPr>
      <w:r>
        <w:rPr>
          <w:noProof/>
        </w:rPr>
        <w:drawing>
          <wp:inline distT="0" distB="0" distL="0" distR="0" wp14:anchorId="5104BA14" wp14:editId="68BFA793">
            <wp:extent cx="5486400" cy="5486400"/>
            <wp:effectExtent l="0" t="0" r="0" b="0"/>
            <wp:docPr id="894333215" name="Picture 3" descr="An elephant and dog in sp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33215" name="Picture 3" descr="An elephant and dog in spac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2C5C9946" w14:textId="34DE5000" w:rsidR="008B36F3" w:rsidRDefault="008B36F3">
      <w:pPr>
        <w:jc w:val="both"/>
      </w:pPr>
    </w:p>
    <w:p w14:paraId="45D2081A" w14:textId="77777777" w:rsidR="00613187" w:rsidRDefault="00613187">
      <w:pPr>
        <w:rPr>
          <w:rFonts w:asciiTheme="majorHAnsi" w:eastAsiaTheme="majorEastAsia" w:hAnsiTheme="majorHAnsi" w:cstheme="majorBidi"/>
          <w:b/>
          <w:bCs/>
          <w:color w:val="365F91" w:themeColor="accent1" w:themeShade="BF"/>
          <w:sz w:val="28"/>
          <w:szCs w:val="28"/>
        </w:rPr>
      </w:pPr>
      <w:r>
        <w:br w:type="page"/>
      </w:r>
    </w:p>
    <w:p w14:paraId="5949E9CA" w14:textId="29CD58BD" w:rsidR="003A45F7" w:rsidRDefault="00000000">
      <w:pPr>
        <w:pStyle w:val="Heading1"/>
      </w:pPr>
      <w:r>
        <w:lastRenderedPageBreak/>
        <w:t>Background</w:t>
      </w:r>
    </w:p>
    <w:p w14:paraId="5F9ABC2A" w14:textId="77777777" w:rsidR="00613187" w:rsidRDefault="00613187">
      <w:pPr>
        <w:jc w:val="both"/>
      </w:pPr>
    </w:p>
    <w:p w14:paraId="46350486" w14:textId="1B644693" w:rsidR="008B36F3" w:rsidRDefault="00000000" w:rsidP="00F127ED">
      <w:pPr>
        <w:jc w:val="both"/>
      </w:pPr>
      <w:r>
        <w:t>Captive elephants like Asha endure lives marked by isolation and restriction, a stark contrast to the wide-ranging, social, and dynamic existence they would lead in the wild. Asha Coin seeks to illuminate their plight and foster a global movement towards their liberation and welfare. By intertwining the cause of these majestic beings with the innovation of cryptocurrency, Asha Coin aims to build a community united in compassion and action.</w:t>
      </w:r>
    </w:p>
    <w:p w14:paraId="64C7EF44" w14:textId="77777777" w:rsidR="00F127ED" w:rsidRDefault="00F127ED" w:rsidP="00F127ED">
      <w:pPr>
        <w:jc w:val="both"/>
      </w:pPr>
    </w:p>
    <w:p w14:paraId="6F0D4544" w14:textId="6B272295" w:rsidR="00F127ED" w:rsidRDefault="00F127ED" w:rsidP="00F127ED">
      <w:pPr>
        <w:jc w:val="both"/>
      </w:pPr>
      <w:r>
        <w:rPr>
          <w:noProof/>
        </w:rPr>
        <w:drawing>
          <wp:inline distT="0" distB="0" distL="0" distR="0" wp14:anchorId="5766A916" wp14:editId="18718DAE">
            <wp:extent cx="5321300" cy="5321300"/>
            <wp:effectExtent l="0" t="0" r="0" b="0"/>
            <wp:docPr id="1304054576" name="Picture 1" descr="An elephant breaking ch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54576" name="Picture 1" descr="An elephant breaking chain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21300" cy="5321300"/>
                    </a:xfrm>
                    <a:prstGeom prst="rect">
                      <a:avLst/>
                    </a:prstGeom>
                    <a:noFill/>
                    <a:ln>
                      <a:noFill/>
                    </a:ln>
                  </pic:spPr>
                </pic:pic>
              </a:graphicData>
            </a:graphic>
          </wp:inline>
        </w:drawing>
      </w:r>
    </w:p>
    <w:p w14:paraId="194CF680" w14:textId="77777777" w:rsidR="008B36F3" w:rsidRDefault="008B36F3">
      <w:pPr>
        <w:rPr>
          <w:rFonts w:asciiTheme="majorHAnsi" w:eastAsiaTheme="majorEastAsia" w:hAnsiTheme="majorHAnsi" w:cstheme="majorBidi"/>
          <w:b/>
          <w:bCs/>
          <w:color w:val="365F91" w:themeColor="accent1" w:themeShade="BF"/>
          <w:sz w:val="28"/>
          <w:szCs w:val="28"/>
        </w:rPr>
      </w:pPr>
      <w:r>
        <w:br w:type="page"/>
      </w:r>
    </w:p>
    <w:p w14:paraId="64CB0057" w14:textId="7AFB648A" w:rsidR="003A45F7" w:rsidRDefault="00000000">
      <w:pPr>
        <w:pStyle w:val="Heading1"/>
      </w:pPr>
      <w:r>
        <w:lastRenderedPageBreak/>
        <w:t>Mission and Values</w:t>
      </w:r>
    </w:p>
    <w:p w14:paraId="2F781DE7" w14:textId="77777777" w:rsidR="008B36F3" w:rsidRDefault="008B36F3" w:rsidP="008B36F3">
      <w:pPr>
        <w:spacing w:line="240" w:lineRule="auto"/>
      </w:pPr>
    </w:p>
    <w:p w14:paraId="1DF6AAB5" w14:textId="2679F350" w:rsidR="008B36F3" w:rsidRDefault="00000000" w:rsidP="008B36F3">
      <w:pPr>
        <w:spacing w:line="240" w:lineRule="auto"/>
      </w:pPr>
      <w:r>
        <w:t>Asha Coin is driven by core values that are integral to its identity and strategy:</w:t>
      </w:r>
      <w:r>
        <w:br/>
      </w:r>
    </w:p>
    <w:p w14:paraId="5D7D0F6A" w14:textId="77777777" w:rsidR="008B36F3" w:rsidRDefault="00000000" w:rsidP="008B36F3">
      <w:pPr>
        <w:spacing w:line="360" w:lineRule="auto"/>
      </w:pPr>
      <w:r>
        <w:t>- Solidarity: Standing together with Asha and all captive elephants, we aim to create a united front for change.</w:t>
      </w:r>
      <w:r>
        <w:br/>
        <w:t>- Compassion: Our efforts are rooted in a deep empathy for the sentient beings under duress, motivating us to act.</w:t>
      </w:r>
      <w:r>
        <w:br/>
        <w:t>- Innovation: By leveraging AI and blockchain technology, we push the boundaries of how cryptocurrency can serve a greater purpose.</w:t>
      </w:r>
      <w:r>
        <w:br/>
        <w:t>- Community Engagement: Building a strong, active community is central to our approach, believing in the collective power to make a significant impact.</w:t>
      </w:r>
    </w:p>
    <w:p w14:paraId="503F8C80" w14:textId="30EF0AC6" w:rsidR="008B36F3" w:rsidRDefault="00000000" w:rsidP="008B36F3">
      <w:pPr>
        <w:spacing w:line="360" w:lineRule="auto"/>
        <w:jc w:val="center"/>
      </w:pPr>
      <w:r>
        <w:br/>
      </w:r>
      <w:r w:rsidR="008B36F3">
        <w:rPr>
          <w:noProof/>
        </w:rPr>
        <w:drawing>
          <wp:inline distT="0" distB="0" distL="0" distR="0" wp14:anchorId="40F9805C" wp14:editId="0962DE19">
            <wp:extent cx="3879850" cy="3879850"/>
            <wp:effectExtent l="0" t="0" r="6350" b="6350"/>
            <wp:docPr id="114357689" name="Picture 1" descr="An elephant walking on bri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7689" name="Picture 1" descr="An elephant walking on bricks&#10;&#10;Description automatically generated"/>
                    <pic:cNvPicPr/>
                  </pic:nvPicPr>
                  <pic:blipFill>
                    <a:blip r:embed="rId12"/>
                    <a:stretch>
                      <a:fillRect/>
                    </a:stretch>
                  </pic:blipFill>
                  <pic:spPr>
                    <a:xfrm>
                      <a:off x="0" y="0"/>
                      <a:ext cx="3879850" cy="3879850"/>
                    </a:xfrm>
                    <a:prstGeom prst="rect">
                      <a:avLst/>
                    </a:prstGeom>
                  </pic:spPr>
                </pic:pic>
              </a:graphicData>
            </a:graphic>
          </wp:inline>
        </w:drawing>
      </w:r>
    </w:p>
    <w:p w14:paraId="5AD8FD12" w14:textId="67166F37" w:rsidR="003A45F7" w:rsidRDefault="00000000" w:rsidP="008B36F3">
      <w:pPr>
        <w:spacing w:line="360" w:lineRule="auto"/>
      </w:pPr>
      <w:r>
        <w:t xml:space="preserve">Our mission is to harness the potential of AI and blockchain to generate awareness, foster community engagement, and ultimately contribute to the liberation and betterment of </w:t>
      </w:r>
      <w:r w:rsidR="0027269B">
        <w:t xml:space="preserve">humans and animals </w:t>
      </w:r>
      <w:r>
        <w:t>worldwide.</w:t>
      </w:r>
    </w:p>
    <w:p w14:paraId="4503E22C" w14:textId="77777777" w:rsidR="003A45F7" w:rsidRDefault="00000000">
      <w:pPr>
        <w:pStyle w:val="Heading1"/>
      </w:pPr>
      <w:r>
        <w:lastRenderedPageBreak/>
        <w:t>Community Engagement and Marketing Strategies</w:t>
      </w:r>
    </w:p>
    <w:p w14:paraId="6F4789AF" w14:textId="77777777" w:rsidR="008B36F3" w:rsidRDefault="008B36F3" w:rsidP="008B36F3"/>
    <w:p w14:paraId="3008F4E2" w14:textId="77777777" w:rsidR="00613187" w:rsidRDefault="00000000" w:rsidP="00613187">
      <w:pPr>
        <w:jc w:val="center"/>
      </w:pPr>
      <w:r>
        <w:t>Asha Coin's approach to community engagement is characterized by creativity, interactivity, and the strategic use of AI:</w:t>
      </w:r>
    </w:p>
    <w:p w14:paraId="1650593D" w14:textId="0CEE60EC" w:rsidR="008B36F3" w:rsidRDefault="00000000" w:rsidP="00613187">
      <w:pPr>
        <w:jc w:val="center"/>
      </w:pPr>
      <w:r>
        <w:br/>
      </w:r>
      <w:r w:rsidR="00613187">
        <w:rPr>
          <w:noProof/>
        </w:rPr>
        <w:drawing>
          <wp:inline distT="0" distB="0" distL="0" distR="0" wp14:anchorId="1057B2DF" wp14:editId="16E93DA3">
            <wp:extent cx="3917950" cy="3314700"/>
            <wp:effectExtent l="0" t="0" r="6350" b="0"/>
            <wp:docPr id="1349905231" name="Picture 3" descr="Two elephants playing ch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905231" name="Picture 3" descr="Two elephants playing ches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17950" cy="3314700"/>
                    </a:xfrm>
                    <a:prstGeom prst="rect">
                      <a:avLst/>
                    </a:prstGeom>
                    <a:noFill/>
                    <a:ln>
                      <a:noFill/>
                    </a:ln>
                  </pic:spPr>
                </pic:pic>
              </a:graphicData>
            </a:graphic>
          </wp:inline>
        </w:drawing>
      </w:r>
    </w:p>
    <w:p w14:paraId="47B312EA" w14:textId="77777777" w:rsidR="00613187" w:rsidRDefault="00613187" w:rsidP="008B36F3"/>
    <w:p w14:paraId="6FE3D64E" w14:textId="77777777" w:rsidR="0027269B" w:rsidRDefault="00000000" w:rsidP="008B36F3">
      <w:r>
        <w:t xml:space="preserve">- </w:t>
      </w:r>
      <w:r w:rsidR="0027269B">
        <w:t>Social Media + AI Integration</w:t>
      </w:r>
      <w:r>
        <w:t xml:space="preserve">: </w:t>
      </w:r>
      <w:r w:rsidR="0027269B">
        <w:t>Building a marketing suite of utilities that will further the message of Asha</w:t>
      </w:r>
      <w:r>
        <w:t>.</w:t>
      </w:r>
      <w:r>
        <w:br/>
      </w:r>
    </w:p>
    <w:p w14:paraId="6690B388" w14:textId="2DF37532" w:rsidR="00613187" w:rsidRDefault="00000000" w:rsidP="008B36F3">
      <w:r>
        <w:t>- AI Content Generation: Utilizing AI to create compelling, engaging content that can be shared across social platforms, enhancing visibility and community interaction.</w:t>
      </w:r>
      <w:r>
        <w:br/>
      </w:r>
    </w:p>
    <w:p w14:paraId="410894F7" w14:textId="7B28C814" w:rsidR="003A45F7" w:rsidRDefault="00000000" w:rsidP="008B36F3">
      <w:r>
        <w:t>- Influencer Partnerships: Collaborating with influencers to amplify our message and reach a wider audience.</w:t>
      </w:r>
    </w:p>
    <w:p w14:paraId="5CF73948" w14:textId="60233309" w:rsidR="00613187" w:rsidRDefault="00613187" w:rsidP="00613187">
      <w:pPr>
        <w:jc w:val="both"/>
        <w:rPr>
          <w:rFonts w:asciiTheme="majorHAnsi" w:eastAsiaTheme="majorEastAsia" w:hAnsiTheme="majorHAnsi" w:cstheme="majorBidi"/>
          <w:b/>
          <w:bCs/>
          <w:color w:val="365F91" w:themeColor="accent1" w:themeShade="BF"/>
          <w:sz w:val="28"/>
          <w:szCs w:val="28"/>
        </w:rPr>
      </w:pPr>
      <w:r>
        <w:br w:type="page"/>
      </w:r>
    </w:p>
    <w:p w14:paraId="7DDC0775" w14:textId="1C47FA77" w:rsidR="003A45F7" w:rsidRDefault="00000000">
      <w:pPr>
        <w:pStyle w:val="Heading1"/>
      </w:pPr>
      <w:r>
        <w:lastRenderedPageBreak/>
        <w:t>Roadmap</w:t>
      </w:r>
    </w:p>
    <w:p w14:paraId="77BB7BB8" w14:textId="4809FE67" w:rsidR="00A64BF5" w:rsidRDefault="00A64BF5"/>
    <w:p w14:paraId="691C3D33" w14:textId="164DE933" w:rsidR="00A64BF5" w:rsidRDefault="00000000">
      <w:r>
        <w:t>Our roadmap outlines key milestones in the development, community building, and expansion of Asha Coin:</w:t>
      </w:r>
      <w:r>
        <w:br/>
      </w:r>
    </w:p>
    <w:p w14:paraId="6080E6CB" w14:textId="59D2572C" w:rsidR="00A64BF5" w:rsidRDefault="00000000">
      <w:r>
        <w:t>1. Launch Phase: Introduction of Asha Coin, establishment of the community, and initial marketing campaigns.</w:t>
      </w:r>
      <w:r>
        <w:br/>
      </w:r>
    </w:p>
    <w:p w14:paraId="6F1BF329" w14:textId="68BEE3FB" w:rsidR="00A64BF5" w:rsidRDefault="00000000">
      <w:r>
        <w:t>2. Technology Development: Enhancements to the AI chatbot, integration with social media platforms, and exploration of new blockchain functionalities.</w:t>
      </w:r>
      <w:r>
        <w:br/>
      </w:r>
    </w:p>
    <w:p w14:paraId="74CA8D9A" w14:textId="3BD1175E" w:rsidR="00A64BF5" w:rsidRDefault="00000000">
      <w:r>
        <w:t>3. Expansion Phase: Broadening the scope of Asha Coin's utility, partnerships with wildlife conservation efforts, and increased engagement strategies.</w:t>
      </w:r>
      <w:r>
        <w:br/>
      </w:r>
    </w:p>
    <w:p w14:paraId="2BA705E4" w14:textId="66244A07" w:rsidR="00A64BF5" w:rsidRDefault="00000000">
      <w:r>
        <w:t>4. Innovation and Growth: Continual assessment of emerging technologies and opportunities for Asha Coin to contribute to both the crypto and conservation sectors.</w:t>
      </w:r>
    </w:p>
    <w:p w14:paraId="1FBA305E" w14:textId="77777777" w:rsidR="00F127ED" w:rsidRDefault="00F127ED"/>
    <w:p w14:paraId="3C469E7E" w14:textId="10607143" w:rsidR="00A64BF5" w:rsidRDefault="00F127ED" w:rsidP="00A64BF5">
      <w:pPr>
        <w:jc w:val="center"/>
        <w:rPr>
          <w:rFonts w:asciiTheme="majorHAnsi" w:eastAsiaTheme="majorEastAsia" w:hAnsiTheme="majorHAnsi" w:cstheme="majorBidi"/>
          <w:b/>
          <w:bCs/>
          <w:color w:val="365F91" w:themeColor="accent1" w:themeShade="BF"/>
          <w:sz w:val="28"/>
          <w:szCs w:val="28"/>
        </w:rPr>
      </w:pPr>
      <w:r>
        <w:rPr>
          <w:noProof/>
        </w:rPr>
        <w:drawing>
          <wp:inline distT="0" distB="0" distL="0" distR="0" wp14:anchorId="5EE5DC7F" wp14:editId="129D24C8">
            <wp:extent cx="3505052" cy="3663950"/>
            <wp:effectExtent l="0" t="0" r="635" b="0"/>
            <wp:docPr id="1275682490" name="Picture 2" descr="A baby elephant in an eg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682490" name="Picture 2" descr="A baby elephant in an egg&#10;&#10;Description automatically generated"/>
                    <pic:cNvPicPr>
                      <a:picLocks noChangeAspect="1" noChangeArrowheads="1"/>
                    </pic:cNvPicPr>
                  </pic:nvPicPr>
                  <pic:blipFill>
                    <a:blip r:embed="rId14">
                      <a:alphaModFix/>
                      <a:extLst>
                        <a:ext uri="{28A0092B-C50C-407E-A947-70E740481C1C}">
                          <a14:useLocalDpi xmlns:a14="http://schemas.microsoft.com/office/drawing/2010/main" val="0"/>
                        </a:ext>
                      </a:extLst>
                    </a:blip>
                    <a:srcRect/>
                    <a:stretch>
                      <a:fillRect/>
                    </a:stretch>
                  </pic:blipFill>
                  <pic:spPr bwMode="auto">
                    <a:xfrm>
                      <a:off x="0" y="0"/>
                      <a:ext cx="3509264" cy="3668353"/>
                    </a:xfrm>
                    <a:prstGeom prst="rect">
                      <a:avLst/>
                    </a:prstGeom>
                    <a:noFill/>
                    <a:ln>
                      <a:noFill/>
                    </a:ln>
                  </pic:spPr>
                </pic:pic>
              </a:graphicData>
            </a:graphic>
          </wp:inline>
        </w:drawing>
      </w:r>
      <w:r w:rsidR="00A64BF5">
        <w:br w:type="page"/>
      </w:r>
    </w:p>
    <w:p w14:paraId="1CFEF9D7" w14:textId="3190B9E0" w:rsidR="00A64BF5" w:rsidRDefault="00F127ED" w:rsidP="00A64BF5">
      <w:pPr>
        <w:pStyle w:val="Heading1"/>
      </w:pPr>
      <w:r>
        <w:rPr>
          <w:noProof/>
        </w:rPr>
        <w:lastRenderedPageBreak/>
        <w:drawing>
          <wp:anchor distT="0" distB="0" distL="114300" distR="114300" simplePos="0" relativeHeight="251661312" behindDoc="1" locked="0" layoutInCell="1" allowOverlap="1" wp14:anchorId="36EC2546" wp14:editId="39A78E13">
            <wp:simplePos x="0" y="0"/>
            <wp:positionH relativeFrom="column">
              <wp:posOffset>-571500</wp:posOffset>
            </wp:positionH>
            <wp:positionV relativeFrom="paragraph">
              <wp:posOffset>-558800</wp:posOffset>
            </wp:positionV>
            <wp:extent cx="6704965" cy="9213850"/>
            <wp:effectExtent l="0" t="0" r="635" b="6350"/>
            <wp:wrapNone/>
            <wp:docPr id="11362033" name="Picture 4" descr="An elephant walking up a set of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033" name="Picture 4" descr="An elephant walking up a set of stairs&#10;&#10;Description automatically generated"/>
                    <pic:cNvPicPr>
                      <a:picLocks noChangeAspect="1" noChangeArrowheads="1"/>
                    </pic:cNvPicPr>
                  </pic:nvPicPr>
                  <pic:blipFill>
                    <a:blip r:embed="rId15">
                      <a:alphaModFix amt="25000"/>
                      <a:extLst>
                        <a:ext uri="{28A0092B-C50C-407E-A947-70E740481C1C}">
                          <a14:useLocalDpi xmlns:a14="http://schemas.microsoft.com/office/drawing/2010/main" val="0"/>
                        </a:ext>
                      </a:extLst>
                    </a:blip>
                    <a:srcRect/>
                    <a:stretch>
                      <a:fillRect/>
                    </a:stretch>
                  </pic:blipFill>
                  <pic:spPr bwMode="auto">
                    <a:xfrm>
                      <a:off x="0" y="0"/>
                      <a:ext cx="6731834" cy="92507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4BF5">
        <w:t>Future Aspiration</w:t>
      </w:r>
      <w:r w:rsidR="00A73059">
        <w:t>s</w:t>
      </w:r>
    </w:p>
    <w:p w14:paraId="1E9ACD7F" w14:textId="18FA39F0" w:rsidR="00A64BF5" w:rsidRPr="00A73059" w:rsidRDefault="00A64BF5" w:rsidP="00A64BF5">
      <w:pPr>
        <w:jc w:val="both"/>
        <w:rPr>
          <w:color w:val="000000" w:themeColor="text1"/>
        </w:rPr>
      </w:pPr>
    </w:p>
    <w:p w14:paraId="056133A3" w14:textId="2FE84843" w:rsidR="00A64BF5" w:rsidRPr="00A73059" w:rsidRDefault="00A64BF5" w:rsidP="00613187">
      <w:pPr>
        <w:rPr>
          <w:color w:val="FFFFFF" w:themeColor="background1"/>
        </w:rPr>
      </w:pPr>
      <w:r w:rsidRPr="00A73059">
        <w:rPr>
          <w:color w:val="FFFFFF" w:themeColor="background1"/>
        </w:rPr>
        <w:t>Looking ahead, Asha Coin envisions expanding its utility and influence within the cryptocurrency space. Beyond raising awareness for Asha and captive elephants, we aim to explore new avenues where AI can revolutionize engagement, utility, and philanthropy in the crypto world, always guided by our foundational values.</w:t>
      </w:r>
    </w:p>
    <w:p w14:paraId="100FD1DD" w14:textId="77777777" w:rsidR="00F127ED" w:rsidRDefault="00000000" w:rsidP="00F127ED">
      <w:pPr>
        <w:rPr>
          <w:noProof/>
        </w:rPr>
      </w:pPr>
      <w:r w:rsidRPr="00A73059">
        <w:rPr>
          <w:color w:val="FFFFFF" w:themeColor="background1"/>
        </w:rPr>
        <w:t>Asha Coin stands at the intersection of technological innovation and a deep-rooted desire for positive social change. It is more than a cryptocurrency; it is a movement fueled by compassion, driven by advanced technology, and supported by a community committed to making a real difference. By investing in Asha Coin, stakeholders are not just participating in a financial venture but are becoming part of a global effort to address the ethical treatment of elephants and other wildlife. This initiative represents a new frontier where the power of blockchain and AI is harnessed for the greater good, proving that technology can be a force for change and a tool for advocacy.</w:t>
      </w:r>
      <w:r w:rsidRPr="00A73059">
        <w:rPr>
          <w:color w:val="FFFFFF" w:themeColor="background1"/>
        </w:rPr>
        <w:br/>
      </w:r>
      <w:r w:rsidRPr="00A73059">
        <w:rPr>
          <w:color w:val="FFFFFF" w:themeColor="background1"/>
        </w:rPr>
        <w:br/>
        <w:t>As we look to the future, Asha Coin is poised for growth not only in the crypto market but also as a leading example of how cryptocurrency projects can transcend traditional boundaries to impact the world positively. We invite you to join us in this journey, to be part of a community that values innovation, compassion, and action. Together, we can create a legacy that combines the best of technology with the best of humanity, for Asha, for elephants everywhere, and for the world.</w:t>
      </w:r>
      <w:r w:rsidR="00613187" w:rsidRPr="00613187">
        <w:rPr>
          <w:noProof/>
        </w:rPr>
        <w:t xml:space="preserve"> </w:t>
      </w:r>
    </w:p>
    <w:p w14:paraId="2FB7AA15" w14:textId="211B5B77" w:rsidR="00A64BF5" w:rsidRPr="00A73059" w:rsidRDefault="00000000" w:rsidP="00F127ED">
      <w:pPr>
        <w:rPr>
          <w:color w:val="FFFFFF" w:themeColor="background1"/>
        </w:rPr>
      </w:pPr>
      <w:r w:rsidRPr="00A73059">
        <w:rPr>
          <w:color w:val="FFFFFF" w:themeColor="background1"/>
        </w:rPr>
        <w:br/>
      </w:r>
      <w:r w:rsidRPr="00A73059">
        <w:rPr>
          <w:color w:val="FFFFFF" w:themeColor="background1"/>
        </w:rPr>
        <w:br/>
      </w:r>
    </w:p>
    <w:p w14:paraId="425D6849" w14:textId="77777777" w:rsidR="00F127ED" w:rsidRDefault="00F127ED">
      <w:pPr>
        <w:rPr>
          <w:rFonts w:asciiTheme="majorHAnsi" w:eastAsiaTheme="majorEastAsia" w:hAnsiTheme="majorHAnsi" w:cstheme="majorBidi"/>
          <w:caps/>
          <w:spacing w:val="10"/>
          <w:sz w:val="36"/>
          <w:szCs w:val="36"/>
        </w:rPr>
      </w:pPr>
      <w:r>
        <w:br w:type="page"/>
      </w:r>
    </w:p>
    <w:p w14:paraId="356B05FF" w14:textId="1DD653E6" w:rsidR="00F127ED" w:rsidRDefault="00F127ED" w:rsidP="00F127ED">
      <w:pPr>
        <w:pStyle w:val="Heading1"/>
      </w:pPr>
      <w:r>
        <w:lastRenderedPageBreak/>
        <w:t>Join the Movement</w:t>
      </w:r>
    </w:p>
    <w:p w14:paraId="3FD51637" w14:textId="77777777" w:rsidR="00F127ED" w:rsidRDefault="00F127ED" w:rsidP="00A64BF5">
      <w:pPr>
        <w:rPr>
          <w:color w:val="FFFFFF" w:themeColor="background1"/>
        </w:rPr>
      </w:pPr>
    </w:p>
    <w:p w14:paraId="5988FFCA" w14:textId="65D1E1EC" w:rsidR="00A64BF5" w:rsidRPr="00A73059" w:rsidRDefault="00000000" w:rsidP="00A64BF5">
      <w:pPr>
        <w:rPr>
          <w:color w:val="FFFFFF" w:themeColor="background1"/>
        </w:rPr>
      </w:pPr>
      <w:r w:rsidRPr="00A73059">
        <w:rPr>
          <w:color w:val="FFFFFF" w:themeColor="background1"/>
        </w:rPr>
        <w:t>- Engage: Join our community on Telegram and follow us on Twitter to stay updated with the latest news and engagements.</w:t>
      </w:r>
      <w:r w:rsidRPr="00A73059">
        <w:rPr>
          <w:color w:val="FFFFFF" w:themeColor="background1"/>
        </w:rPr>
        <w:br/>
      </w:r>
    </w:p>
    <w:p w14:paraId="169C434C" w14:textId="77777777" w:rsidR="00A64BF5" w:rsidRPr="00A73059" w:rsidRDefault="00000000" w:rsidP="00A64BF5">
      <w:pPr>
        <w:rPr>
          <w:color w:val="FFFFFF" w:themeColor="background1"/>
        </w:rPr>
      </w:pPr>
      <w:r w:rsidRPr="00A73059">
        <w:rPr>
          <w:color w:val="FFFFFF" w:themeColor="background1"/>
        </w:rPr>
        <w:t>- Contribute: Participate in our creative prompts, share your ideas, and help spread the word about Asha Coin's mission.</w:t>
      </w:r>
      <w:r w:rsidRPr="00A73059">
        <w:rPr>
          <w:color w:val="FFFFFF" w:themeColor="background1"/>
        </w:rPr>
        <w:br/>
      </w:r>
    </w:p>
    <w:p w14:paraId="77D37A30" w14:textId="2A416AC3" w:rsidR="003A45F7" w:rsidRDefault="00000000" w:rsidP="00A64BF5">
      <w:pPr>
        <w:rPr>
          <w:color w:val="000000" w:themeColor="text1"/>
        </w:rPr>
      </w:pPr>
      <w:r w:rsidRPr="00A73059">
        <w:rPr>
          <w:color w:val="FFFFFF" w:themeColor="background1"/>
        </w:rPr>
        <w:t>- Invest: By acquiring Asha Coin, you're supporting a project with a purpose, contributing to the welfare of elephants, and being at the forefront of crypto innovation.</w:t>
      </w:r>
      <w:r w:rsidRPr="00A73059">
        <w:rPr>
          <w:color w:val="FFFFFF" w:themeColor="background1"/>
        </w:rPr>
        <w:br/>
      </w:r>
      <w:r w:rsidRPr="00A73059">
        <w:rPr>
          <w:color w:val="FFFFFF" w:themeColor="background1"/>
        </w:rPr>
        <w:br/>
        <w:t>For more information, visit our website at ashacoin.com and follow our journey towards making a tangible difference in the world with Asha Coin.</w:t>
      </w:r>
      <w:r w:rsidR="00A64BF5" w:rsidRPr="00A73059">
        <w:rPr>
          <w:color w:val="000000" w:themeColor="text1"/>
        </w:rPr>
        <w:t xml:space="preserve"> </w:t>
      </w:r>
    </w:p>
    <w:p w14:paraId="45AB0B4F" w14:textId="77777777" w:rsidR="00613187" w:rsidRDefault="00613187" w:rsidP="00A64BF5"/>
    <w:p w14:paraId="3A9B9166" w14:textId="110E94C8" w:rsidR="008B36F3" w:rsidRDefault="00613187" w:rsidP="00613187">
      <w:pPr>
        <w:jc w:val="center"/>
      </w:pPr>
      <w:r>
        <w:rPr>
          <w:noProof/>
        </w:rPr>
        <w:drawing>
          <wp:inline distT="0" distB="0" distL="0" distR="0" wp14:anchorId="776E7BAB" wp14:editId="648B461B">
            <wp:extent cx="4203700" cy="4203700"/>
            <wp:effectExtent l="0" t="0" r="6350" b="6350"/>
            <wp:docPr id="2125025743" name="Picture 1" descr="An elephant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25743" name="Picture 1" descr="An elephant jumping in the ai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03700" cy="4203700"/>
                    </a:xfrm>
                    <a:prstGeom prst="rect">
                      <a:avLst/>
                    </a:prstGeom>
                    <a:noFill/>
                    <a:ln>
                      <a:noFill/>
                    </a:ln>
                  </pic:spPr>
                </pic:pic>
              </a:graphicData>
            </a:graphic>
          </wp:inline>
        </w:drawing>
      </w:r>
    </w:p>
    <w:p w14:paraId="2EBC1B5C" w14:textId="03CE8385" w:rsidR="008B36F3" w:rsidRDefault="008B36F3">
      <w:pPr>
        <w:jc w:val="both"/>
      </w:pPr>
    </w:p>
    <w:sectPr w:rsidR="008B36F3" w:rsidSect="00A04E1D">
      <w:pgSz w:w="12240" w:h="15840"/>
      <w:pgMar w:top="1440" w:right="1800" w:bottom="1440" w:left="1800"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1319844914">
    <w:abstractNumId w:val="8"/>
  </w:num>
  <w:num w:numId="2" w16cid:durableId="31733893">
    <w:abstractNumId w:val="6"/>
  </w:num>
  <w:num w:numId="3" w16cid:durableId="1832863219">
    <w:abstractNumId w:val="5"/>
  </w:num>
  <w:num w:numId="4" w16cid:durableId="780876615">
    <w:abstractNumId w:val="4"/>
  </w:num>
  <w:num w:numId="5" w16cid:durableId="1494951470">
    <w:abstractNumId w:val="7"/>
  </w:num>
  <w:num w:numId="6" w16cid:durableId="1201472720">
    <w:abstractNumId w:val="3"/>
  </w:num>
  <w:num w:numId="7" w16cid:durableId="37359168">
    <w:abstractNumId w:val="2"/>
  </w:num>
  <w:num w:numId="8" w16cid:durableId="403720716">
    <w:abstractNumId w:val="1"/>
  </w:num>
  <w:num w:numId="9" w16cid:durableId="11334456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440A4"/>
    <w:rsid w:val="0006063C"/>
    <w:rsid w:val="00073804"/>
    <w:rsid w:val="0015074B"/>
    <w:rsid w:val="0027269B"/>
    <w:rsid w:val="0029639D"/>
    <w:rsid w:val="002B18ED"/>
    <w:rsid w:val="00326F90"/>
    <w:rsid w:val="003A45F7"/>
    <w:rsid w:val="00613187"/>
    <w:rsid w:val="008B36F3"/>
    <w:rsid w:val="00A04E1D"/>
    <w:rsid w:val="00A64BF5"/>
    <w:rsid w:val="00A73059"/>
    <w:rsid w:val="00AA1D8D"/>
    <w:rsid w:val="00B47730"/>
    <w:rsid w:val="00C101F3"/>
    <w:rsid w:val="00CB0664"/>
    <w:rsid w:val="00E51710"/>
    <w:rsid w:val="00F127ED"/>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CB224A9"/>
  <w15:docId w15:val="{3F555879-A0CB-4E9E-84DE-E6817863F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27ED"/>
  </w:style>
  <w:style w:type="paragraph" w:styleId="Heading1">
    <w:name w:val="heading 1"/>
    <w:basedOn w:val="Normal"/>
    <w:next w:val="Normal"/>
    <w:link w:val="Heading1Char"/>
    <w:uiPriority w:val="9"/>
    <w:qFormat/>
    <w:rsid w:val="00F127ED"/>
    <w:pPr>
      <w:keepNext/>
      <w:keepLines/>
      <w:pBdr>
        <w:left w:val="single" w:sz="12" w:space="12" w:color="C0504D"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Heading2">
    <w:name w:val="heading 2"/>
    <w:basedOn w:val="Normal"/>
    <w:next w:val="Normal"/>
    <w:link w:val="Heading2Char"/>
    <w:uiPriority w:val="9"/>
    <w:unhideWhenUsed/>
    <w:qFormat/>
    <w:rsid w:val="00F127ED"/>
    <w:pPr>
      <w:keepNext/>
      <w:keepLines/>
      <w:spacing w:before="120" w:after="0" w:line="240" w:lineRule="auto"/>
      <w:outlineLvl w:val="1"/>
    </w:pPr>
    <w:rPr>
      <w:rFonts w:asciiTheme="majorHAnsi" w:eastAsiaTheme="majorEastAsia" w:hAnsiTheme="majorHAnsi" w:cstheme="majorBidi"/>
      <w:sz w:val="36"/>
      <w:szCs w:val="36"/>
    </w:rPr>
  </w:style>
  <w:style w:type="paragraph" w:styleId="Heading3">
    <w:name w:val="heading 3"/>
    <w:basedOn w:val="Normal"/>
    <w:next w:val="Normal"/>
    <w:link w:val="Heading3Char"/>
    <w:uiPriority w:val="9"/>
    <w:unhideWhenUsed/>
    <w:qFormat/>
    <w:rsid w:val="00F127ED"/>
    <w:pPr>
      <w:keepNext/>
      <w:keepLines/>
      <w:spacing w:before="80" w:after="0" w:line="240" w:lineRule="auto"/>
      <w:outlineLvl w:val="2"/>
    </w:pPr>
    <w:rPr>
      <w:rFonts w:asciiTheme="majorHAnsi" w:eastAsiaTheme="majorEastAsia" w:hAnsiTheme="majorHAnsi" w:cstheme="majorBidi"/>
      <w:caps/>
      <w:sz w:val="28"/>
      <w:szCs w:val="28"/>
    </w:rPr>
  </w:style>
  <w:style w:type="paragraph" w:styleId="Heading4">
    <w:name w:val="heading 4"/>
    <w:basedOn w:val="Normal"/>
    <w:next w:val="Normal"/>
    <w:link w:val="Heading4Char"/>
    <w:uiPriority w:val="9"/>
    <w:semiHidden/>
    <w:unhideWhenUsed/>
    <w:qFormat/>
    <w:rsid w:val="00F127ED"/>
    <w:pPr>
      <w:keepNext/>
      <w:keepLines/>
      <w:spacing w:before="80" w:after="0" w:line="240" w:lineRule="auto"/>
      <w:outlineLvl w:val="3"/>
    </w:pPr>
    <w:rPr>
      <w:rFonts w:asciiTheme="majorHAnsi" w:eastAsiaTheme="majorEastAsia" w:hAnsiTheme="majorHAnsi" w:cstheme="majorBidi"/>
      <w:i/>
      <w:iCs/>
      <w:sz w:val="28"/>
      <w:szCs w:val="28"/>
    </w:rPr>
  </w:style>
  <w:style w:type="paragraph" w:styleId="Heading5">
    <w:name w:val="heading 5"/>
    <w:basedOn w:val="Normal"/>
    <w:next w:val="Normal"/>
    <w:link w:val="Heading5Char"/>
    <w:uiPriority w:val="9"/>
    <w:semiHidden/>
    <w:unhideWhenUsed/>
    <w:qFormat/>
    <w:rsid w:val="00F127ED"/>
    <w:pPr>
      <w:keepNext/>
      <w:keepLines/>
      <w:spacing w:before="80" w:after="0" w:line="240" w:lineRule="auto"/>
      <w:outlineLvl w:val="4"/>
    </w:pPr>
    <w:rPr>
      <w:rFonts w:asciiTheme="majorHAnsi" w:eastAsiaTheme="majorEastAsia" w:hAnsiTheme="majorHAnsi" w:cstheme="majorBidi"/>
      <w:sz w:val="24"/>
      <w:szCs w:val="24"/>
    </w:rPr>
  </w:style>
  <w:style w:type="paragraph" w:styleId="Heading6">
    <w:name w:val="heading 6"/>
    <w:basedOn w:val="Normal"/>
    <w:next w:val="Normal"/>
    <w:link w:val="Heading6Char"/>
    <w:uiPriority w:val="9"/>
    <w:semiHidden/>
    <w:unhideWhenUsed/>
    <w:qFormat/>
    <w:rsid w:val="00F127ED"/>
    <w:pPr>
      <w:keepNext/>
      <w:keepLines/>
      <w:spacing w:before="80" w:after="0" w:line="240" w:lineRule="auto"/>
      <w:outlineLvl w:val="5"/>
    </w:pPr>
    <w:rPr>
      <w:rFonts w:asciiTheme="majorHAnsi" w:eastAsiaTheme="majorEastAsia" w:hAnsiTheme="majorHAnsi" w:cstheme="majorBidi"/>
      <w:i/>
      <w:iCs/>
      <w:sz w:val="24"/>
      <w:szCs w:val="24"/>
    </w:rPr>
  </w:style>
  <w:style w:type="paragraph" w:styleId="Heading7">
    <w:name w:val="heading 7"/>
    <w:basedOn w:val="Normal"/>
    <w:next w:val="Normal"/>
    <w:link w:val="Heading7Char"/>
    <w:uiPriority w:val="9"/>
    <w:semiHidden/>
    <w:unhideWhenUsed/>
    <w:qFormat/>
    <w:rsid w:val="00F127ED"/>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F127ED"/>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rsid w:val="00F127ED"/>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link w:val="NoSpacingChar"/>
    <w:uiPriority w:val="1"/>
    <w:qFormat/>
    <w:rsid w:val="00F127ED"/>
    <w:pPr>
      <w:spacing w:after="0" w:line="240" w:lineRule="auto"/>
    </w:pPr>
  </w:style>
  <w:style w:type="character" w:customStyle="1" w:styleId="Heading1Char">
    <w:name w:val="Heading 1 Char"/>
    <w:basedOn w:val="DefaultParagraphFont"/>
    <w:link w:val="Heading1"/>
    <w:uiPriority w:val="9"/>
    <w:rsid w:val="00F127ED"/>
    <w:rPr>
      <w:rFonts w:asciiTheme="majorHAnsi" w:eastAsiaTheme="majorEastAsia" w:hAnsiTheme="majorHAnsi" w:cstheme="majorBidi"/>
      <w:caps/>
      <w:spacing w:val="10"/>
      <w:sz w:val="36"/>
      <w:szCs w:val="36"/>
    </w:rPr>
  </w:style>
  <w:style w:type="character" w:customStyle="1" w:styleId="Heading2Char">
    <w:name w:val="Heading 2 Char"/>
    <w:basedOn w:val="DefaultParagraphFont"/>
    <w:link w:val="Heading2"/>
    <w:uiPriority w:val="9"/>
    <w:rsid w:val="00F127ED"/>
    <w:rPr>
      <w:rFonts w:asciiTheme="majorHAnsi" w:eastAsiaTheme="majorEastAsia" w:hAnsiTheme="majorHAnsi" w:cstheme="majorBidi"/>
      <w:sz w:val="36"/>
      <w:szCs w:val="36"/>
    </w:rPr>
  </w:style>
  <w:style w:type="character" w:customStyle="1" w:styleId="Heading3Char">
    <w:name w:val="Heading 3 Char"/>
    <w:basedOn w:val="DefaultParagraphFont"/>
    <w:link w:val="Heading3"/>
    <w:uiPriority w:val="9"/>
    <w:rsid w:val="00F127ED"/>
    <w:rPr>
      <w:rFonts w:asciiTheme="majorHAnsi" w:eastAsiaTheme="majorEastAsia" w:hAnsiTheme="majorHAnsi" w:cstheme="majorBidi"/>
      <w:caps/>
      <w:sz w:val="28"/>
      <w:szCs w:val="28"/>
    </w:rPr>
  </w:style>
  <w:style w:type="paragraph" w:styleId="Title">
    <w:name w:val="Title"/>
    <w:basedOn w:val="Normal"/>
    <w:next w:val="Normal"/>
    <w:link w:val="TitleChar"/>
    <w:uiPriority w:val="10"/>
    <w:qFormat/>
    <w:rsid w:val="00F127ED"/>
    <w:pPr>
      <w:spacing w:after="0" w:line="240" w:lineRule="auto"/>
      <w:contextualSpacing/>
    </w:pPr>
    <w:rPr>
      <w:rFonts w:asciiTheme="majorHAnsi" w:eastAsiaTheme="majorEastAsia" w:hAnsiTheme="majorHAnsi" w:cstheme="majorBidi"/>
      <w:caps/>
      <w:spacing w:val="40"/>
      <w:sz w:val="76"/>
      <w:szCs w:val="76"/>
    </w:rPr>
  </w:style>
  <w:style w:type="character" w:customStyle="1" w:styleId="TitleChar">
    <w:name w:val="Title Char"/>
    <w:basedOn w:val="DefaultParagraphFont"/>
    <w:link w:val="Title"/>
    <w:uiPriority w:val="10"/>
    <w:rsid w:val="00F127ED"/>
    <w:rPr>
      <w:rFonts w:asciiTheme="majorHAnsi" w:eastAsiaTheme="majorEastAsia" w:hAnsiTheme="majorHAnsi" w:cstheme="majorBidi"/>
      <w:caps/>
      <w:spacing w:val="40"/>
      <w:sz w:val="76"/>
      <w:szCs w:val="76"/>
    </w:rPr>
  </w:style>
  <w:style w:type="paragraph" w:styleId="Subtitle">
    <w:name w:val="Subtitle"/>
    <w:basedOn w:val="Normal"/>
    <w:next w:val="Normal"/>
    <w:link w:val="SubtitleChar"/>
    <w:uiPriority w:val="11"/>
    <w:qFormat/>
    <w:rsid w:val="00F127ED"/>
    <w:pPr>
      <w:numPr>
        <w:ilvl w:val="1"/>
      </w:numPr>
      <w:spacing w:after="240"/>
    </w:pPr>
    <w:rPr>
      <w:color w:val="000000" w:themeColor="text1"/>
      <w:sz w:val="24"/>
      <w:szCs w:val="24"/>
    </w:rPr>
  </w:style>
  <w:style w:type="character" w:customStyle="1" w:styleId="SubtitleChar">
    <w:name w:val="Subtitle Char"/>
    <w:basedOn w:val="DefaultParagraphFont"/>
    <w:link w:val="Subtitle"/>
    <w:uiPriority w:val="11"/>
    <w:rsid w:val="00F127ED"/>
    <w:rPr>
      <w:color w:val="000000" w:themeColor="text1"/>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127ED"/>
    <w:pPr>
      <w:spacing w:before="160"/>
      <w:ind w:left="720"/>
    </w:pPr>
    <w:rPr>
      <w:rFonts w:asciiTheme="majorHAnsi" w:eastAsiaTheme="majorEastAsia" w:hAnsiTheme="majorHAnsi" w:cstheme="majorBidi"/>
      <w:sz w:val="24"/>
      <w:szCs w:val="24"/>
    </w:rPr>
  </w:style>
  <w:style w:type="character" w:customStyle="1" w:styleId="QuoteChar">
    <w:name w:val="Quote Char"/>
    <w:basedOn w:val="DefaultParagraphFont"/>
    <w:link w:val="Quote"/>
    <w:uiPriority w:val="29"/>
    <w:rsid w:val="00F127ED"/>
    <w:rPr>
      <w:rFonts w:asciiTheme="majorHAnsi" w:eastAsiaTheme="majorEastAsia" w:hAnsiTheme="majorHAnsi" w:cstheme="majorBidi"/>
      <w:sz w:val="24"/>
      <w:szCs w:val="24"/>
    </w:rPr>
  </w:style>
  <w:style w:type="character" w:customStyle="1" w:styleId="Heading4Char">
    <w:name w:val="Heading 4 Char"/>
    <w:basedOn w:val="DefaultParagraphFont"/>
    <w:link w:val="Heading4"/>
    <w:uiPriority w:val="9"/>
    <w:semiHidden/>
    <w:rsid w:val="00F127ED"/>
    <w:rPr>
      <w:rFonts w:asciiTheme="majorHAnsi" w:eastAsiaTheme="majorEastAsia" w:hAnsiTheme="majorHAnsi" w:cstheme="majorBidi"/>
      <w:i/>
      <w:iCs/>
      <w:sz w:val="28"/>
      <w:szCs w:val="28"/>
    </w:rPr>
  </w:style>
  <w:style w:type="character" w:customStyle="1" w:styleId="Heading5Char">
    <w:name w:val="Heading 5 Char"/>
    <w:basedOn w:val="DefaultParagraphFont"/>
    <w:link w:val="Heading5"/>
    <w:uiPriority w:val="9"/>
    <w:semiHidden/>
    <w:rsid w:val="00F127ED"/>
    <w:rPr>
      <w:rFonts w:asciiTheme="majorHAnsi" w:eastAsiaTheme="majorEastAsia" w:hAnsiTheme="majorHAnsi" w:cstheme="majorBidi"/>
      <w:sz w:val="24"/>
      <w:szCs w:val="24"/>
    </w:rPr>
  </w:style>
  <w:style w:type="character" w:customStyle="1" w:styleId="Heading6Char">
    <w:name w:val="Heading 6 Char"/>
    <w:basedOn w:val="DefaultParagraphFont"/>
    <w:link w:val="Heading6"/>
    <w:uiPriority w:val="9"/>
    <w:semiHidden/>
    <w:rsid w:val="00F127ED"/>
    <w:rPr>
      <w:rFonts w:asciiTheme="majorHAnsi" w:eastAsiaTheme="majorEastAsia" w:hAnsiTheme="majorHAnsi" w:cstheme="majorBidi"/>
      <w:i/>
      <w:iCs/>
      <w:sz w:val="24"/>
      <w:szCs w:val="24"/>
    </w:rPr>
  </w:style>
  <w:style w:type="character" w:customStyle="1" w:styleId="Heading7Char">
    <w:name w:val="Heading 7 Char"/>
    <w:basedOn w:val="DefaultParagraphFont"/>
    <w:link w:val="Heading7"/>
    <w:uiPriority w:val="9"/>
    <w:semiHidden/>
    <w:rsid w:val="00F127ED"/>
    <w:rPr>
      <w:rFonts w:asciiTheme="majorHAnsi" w:eastAsiaTheme="majorEastAsia" w:hAnsiTheme="majorHAnsi"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F127ED"/>
    <w:rPr>
      <w:rFonts w:asciiTheme="majorHAnsi" w:eastAsiaTheme="majorEastAsia" w:hAnsiTheme="majorHAnsi" w:cstheme="majorBidi"/>
      <w:caps/>
    </w:rPr>
  </w:style>
  <w:style w:type="character" w:customStyle="1" w:styleId="Heading9Char">
    <w:name w:val="Heading 9 Char"/>
    <w:basedOn w:val="DefaultParagraphFont"/>
    <w:link w:val="Heading9"/>
    <w:uiPriority w:val="9"/>
    <w:semiHidden/>
    <w:rsid w:val="00F127ED"/>
    <w:rPr>
      <w:rFonts w:asciiTheme="majorHAnsi" w:eastAsiaTheme="majorEastAsia" w:hAnsiTheme="majorHAnsi" w:cstheme="majorBidi"/>
      <w:i/>
      <w:iCs/>
      <w:caps/>
    </w:rPr>
  </w:style>
  <w:style w:type="paragraph" w:styleId="Caption">
    <w:name w:val="caption"/>
    <w:basedOn w:val="Normal"/>
    <w:next w:val="Normal"/>
    <w:uiPriority w:val="35"/>
    <w:semiHidden/>
    <w:unhideWhenUsed/>
    <w:qFormat/>
    <w:rsid w:val="00F127ED"/>
    <w:pPr>
      <w:spacing w:line="240" w:lineRule="auto"/>
    </w:pPr>
    <w:rPr>
      <w:b/>
      <w:bCs/>
      <w:color w:val="C0504D" w:themeColor="accent2"/>
      <w:spacing w:val="10"/>
      <w:sz w:val="16"/>
      <w:szCs w:val="16"/>
    </w:rPr>
  </w:style>
  <w:style w:type="character" w:styleId="Strong">
    <w:name w:val="Strong"/>
    <w:basedOn w:val="DefaultParagraphFont"/>
    <w:uiPriority w:val="22"/>
    <w:qFormat/>
    <w:rsid w:val="00F127ED"/>
    <w:rPr>
      <w:rFonts w:asciiTheme="minorHAnsi" w:eastAsiaTheme="minorEastAsia" w:hAnsiTheme="minorHAnsi" w:cstheme="minorBidi"/>
      <w:b/>
      <w:bCs/>
      <w:spacing w:val="0"/>
      <w:w w:val="100"/>
      <w:position w:val="0"/>
      <w:sz w:val="20"/>
      <w:szCs w:val="20"/>
    </w:rPr>
  </w:style>
  <w:style w:type="character" w:styleId="Emphasis">
    <w:name w:val="Emphasis"/>
    <w:basedOn w:val="DefaultParagraphFont"/>
    <w:uiPriority w:val="20"/>
    <w:qFormat/>
    <w:rsid w:val="00F127ED"/>
    <w:rPr>
      <w:rFonts w:asciiTheme="minorHAnsi" w:eastAsiaTheme="minorEastAsia" w:hAnsiTheme="minorHAnsi" w:cstheme="minorBidi"/>
      <w:i/>
      <w:iCs/>
      <w:color w:val="943634" w:themeColor="accent2" w:themeShade="BF"/>
      <w:sz w:val="20"/>
      <w:szCs w:val="20"/>
    </w:rPr>
  </w:style>
  <w:style w:type="paragraph" w:styleId="IntenseQuote">
    <w:name w:val="Intense Quote"/>
    <w:basedOn w:val="Normal"/>
    <w:next w:val="Normal"/>
    <w:link w:val="IntenseQuoteChar"/>
    <w:uiPriority w:val="30"/>
    <w:qFormat/>
    <w:rsid w:val="00F127ED"/>
    <w:pPr>
      <w:spacing w:before="100" w:beforeAutospacing="1" w:after="240"/>
      <w:ind w:left="936" w:right="936"/>
      <w:jc w:val="center"/>
    </w:pPr>
    <w:rPr>
      <w:rFonts w:asciiTheme="majorHAnsi" w:eastAsiaTheme="majorEastAsia" w:hAnsiTheme="majorHAnsi" w:cstheme="majorBidi"/>
      <w:caps/>
      <w:color w:val="943634" w:themeColor="accent2" w:themeShade="BF"/>
      <w:spacing w:val="10"/>
      <w:sz w:val="28"/>
      <w:szCs w:val="28"/>
    </w:rPr>
  </w:style>
  <w:style w:type="character" w:customStyle="1" w:styleId="IntenseQuoteChar">
    <w:name w:val="Intense Quote Char"/>
    <w:basedOn w:val="DefaultParagraphFont"/>
    <w:link w:val="IntenseQuote"/>
    <w:uiPriority w:val="30"/>
    <w:rsid w:val="00F127ED"/>
    <w:rPr>
      <w:rFonts w:asciiTheme="majorHAnsi" w:eastAsiaTheme="majorEastAsia" w:hAnsiTheme="majorHAnsi" w:cstheme="majorBidi"/>
      <w:caps/>
      <w:color w:val="943634" w:themeColor="accent2" w:themeShade="BF"/>
      <w:spacing w:val="10"/>
      <w:sz w:val="28"/>
      <w:szCs w:val="28"/>
    </w:rPr>
  </w:style>
  <w:style w:type="character" w:styleId="SubtleEmphasis">
    <w:name w:val="Subtle Emphasis"/>
    <w:basedOn w:val="DefaultParagraphFont"/>
    <w:uiPriority w:val="19"/>
    <w:qFormat/>
    <w:rsid w:val="00F127ED"/>
    <w:rPr>
      <w:i/>
      <w:iCs/>
      <w:color w:val="auto"/>
    </w:rPr>
  </w:style>
  <w:style w:type="character" w:styleId="IntenseEmphasis">
    <w:name w:val="Intense Emphasis"/>
    <w:basedOn w:val="DefaultParagraphFont"/>
    <w:uiPriority w:val="21"/>
    <w:qFormat/>
    <w:rsid w:val="00F127ED"/>
    <w:rPr>
      <w:rFonts w:asciiTheme="minorHAnsi" w:eastAsiaTheme="minorEastAsia" w:hAnsiTheme="minorHAnsi" w:cstheme="minorBidi"/>
      <w:b/>
      <w:bCs/>
      <w:i/>
      <w:iCs/>
      <w:color w:val="943634" w:themeColor="accent2" w:themeShade="BF"/>
      <w:spacing w:val="0"/>
      <w:w w:val="100"/>
      <w:position w:val="0"/>
      <w:sz w:val="20"/>
      <w:szCs w:val="20"/>
    </w:rPr>
  </w:style>
  <w:style w:type="character" w:styleId="SubtleReference">
    <w:name w:val="Subtle Reference"/>
    <w:basedOn w:val="DefaultParagraphFont"/>
    <w:uiPriority w:val="31"/>
    <w:qFormat/>
    <w:rsid w:val="00F127ED"/>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IntenseReference">
    <w:name w:val="Intense Reference"/>
    <w:basedOn w:val="DefaultParagraphFont"/>
    <w:uiPriority w:val="32"/>
    <w:qFormat/>
    <w:rsid w:val="00F127ED"/>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BookTitle">
    <w:name w:val="Book Title"/>
    <w:basedOn w:val="DefaultParagraphFont"/>
    <w:uiPriority w:val="33"/>
    <w:qFormat/>
    <w:rsid w:val="00F127ED"/>
    <w:rPr>
      <w:rFonts w:asciiTheme="minorHAnsi" w:eastAsiaTheme="minorEastAsia" w:hAnsiTheme="minorHAnsi" w:cstheme="minorBidi"/>
      <w:b/>
      <w:bCs/>
      <w:i/>
      <w:iCs/>
      <w:caps w:val="0"/>
      <w:smallCaps w:val="0"/>
      <w:color w:val="auto"/>
      <w:spacing w:val="10"/>
      <w:w w:val="100"/>
      <w:sz w:val="20"/>
      <w:szCs w:val="20"/>
    </w:rPr>
  </w:style>
  <w:style w:type="paragraph" w:styleId="TOCHeading">
    <w:name w:val="TOC Heading"/>
    <w:basedOn w:val="Heading1"/>
    <w:next w:val="Normal"/>
    <w:uiPriority w:val="39"/>
    <w:semiHidden/>
    <w:unhideWhenUsed/>
    <w:qFormat/>
    <w:rsid w:val="00F127ED"/>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NoSpacingChar">
    <w:name w:val="No Spacing Char"/>
    <w:basedOn w:val="DefaultParagraphFont"/>
    <w:link w:val="NoSpacing"/>
    <w:uiPriority w:val="1"/>
    <w:rsid w:val="00C101F3"/>
  </w:style>
  <w:style w:type="character" w:styleId="Hyperlink">
    <w:name w:val="Hyperlink"/>
    <w:basedOn w:val="DefaultParagraphFont"/>
    <w:uiPriority w:val="99"/>
    <w:unhideWhenUsed/>
    <w:rsid w:val="00C101F3"/>
    <w:rPr>
      <w:color w:val="0000FF" w:themeColor="hyperlink"/>
      <w:u w:val="single"/>
    </w:rPr>
  </w:style>
  <w:style w:type="character" w:styleId="UnresolvedMention">
    <w:name w:val="Unresolved Mention"/>
    <w:basedOn w:val="DefaultParagraphFont"/>
    <w:uiPriority w:val="99"/>
    <w:semiHidden/>
    <w:unhideWhenUsed/>
    <w:rsid w:val="00C101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ashacoin.com" TargetMode="Externa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hyperlink" Target="https://www.ashacoin.com" TargetMode="External"/><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AI First - Community Driven, Meme Token about Asha the Elephant set on taking our place as Queen of the Solana Jungle.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778</Words>
  <Characters>4439</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Asha White Paper</vt:lpstr>
    </vt:vector>
  </TitlesOfParts>
  <Manager/>
  <Company/>
  <LinksUpToDate>false</LinksUpToDate>
  <CharactersWithSpaces>5207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Asha White Paper</dc:title>
  <dc:subject>V1.0</dc:subject>
  <dc:creator>Links</dc:creator>
  <cp:keywords/>
  <dc:description/>
  <cp:lastModifiedBy>Oliver Wakefield-Smith</cp:lastModifiedBy>
  <cp:revision>3</cp:revision>
  <dcterms:created xsi:type="dcterms:W3CDTF">2013-12-23T23:15:00Z</dcterms:created>
  <dcterms:modified xsi:type="dcterms:W3CDTF">2024-03-25T11:55:00Z</dcterms:modified>
  <cp:category/>
</cp:coreProperties>
</file>